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6C0E6E" w14:textId="77777777" w:rsidR="00797A76" w:rsidRDefault="00C85A70">
      <w:pPr>
        <w:spacing w:before="80" w:after="0"/>
        <w:jc w:val="center"/>
      </w:pPr>
      <w:r>
        <w:rPr>
          <w:b/>
          <w:sz w:val="40"/>
        </w:rPr>
        <w:t>ACES Undergraduate Research Projects</w:t>
      </w:r>
    </w:p>
    <w:p w14:paraId="7A7249DB" w14:textId="77777777" w:rsidR="00797A76" w:rsidRDefault="00C85A70">
      <w:pPr>
        <w:spacing w:after="200"/>
        <w:jc w:val="center"/>
      </w:pPr>
      <w:r>
        <w:rPr>
          <w:sz w:val="26"/>
        </w:rPr>
        <w:t>Application Form 2026-2027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570"/>
      </w:tblGrid>
      <w:tr w:rsidR="00797A76" w14:paraId="3F9B2970" w14:textId="77777777">
        <w:tc>
          <w:tcPr>
            <w:tcW w:w="10570" w:type="dxa"/>
            <w:tcBorders>
              <w:top w:val="nil"/>
              <w:left w:val="nil"/>
              <w:bottom w:val="nil"/>
              <w:right w:val="nil"/>
            </w:tcBorders>
            <w:shd w:val="clear" w:color="auto" w:fill="8C0B4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D8843BC" w14:textId="77777777" w:rsidR="00797A76" w:rsidRDefault="00C85A70">
            <w:pPr>
              <w:spacing w:after="0"/>
            </w:pPr>
            <w:r>
              <w:rPr>
                <w:b/>
                <w:color w:val="FFFFFF"/>
                <w:sz w:val="22"/>
              </w:rPr>
              <w:t>CONTACT INFORMATION</w:t>
            </w:r>
          </w:p>
        </w:tc>
      </w:tr>
    </w:tbl>
    <w:p w14:paraId="3E91729F" w14:textId="77777777" w:rsidR="00797A76" w:rsidRDefault="00797A76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23"/>
        <w:gridCol w:w="3523"/>
        <w:gridCol w:w="3523"/>
      </w:tblGrid>
      <w:tr w:rsidR="00797A76" w14:paraId="65C64CC7" w14:textId="77777777">
        <w:trPr>
          <w:jc w:val="center"/>
        </w:trPr>
        <w:tc>
          <w:tcPr>
            <w:tcW w:w="3523" w:type="dxa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shd w:val="clear" w:color="auto" w:fill="FAFAF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6CE71BCB" w14:textId="77777777" w:rsidR="00797A76" w:rsidRDefault="00C85A70">
            <w:pPr>
              <w:spacing w:after="0"/>
            </w:pPr>
            <w:r>
              <w:rPr>
                <w:b/>
                <w:sz w:val="19"/>
              </w:rPr>
              <w:t xml:space="preserve">Date: </w:t>
            </w:r>
            <w:r>
              <w:rPr>
                <w:color w:val="696969"/>
                <w:sz w:val="19"/>
              </w:rPr>
              <w:t>Click or type date</w:t>
            </w:r>
          </w:p>
        </w:tc>
        <w:tc>
          <w:tcPr>
            <w:tcW w:w="3523" w:type="dxa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shd w:val="clear" w:color="auto" w:fill="FAFAF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7922395F" w14:textId="77777777" w:rsidR="00797A76" w:rsidRDefault="00C85A70">
            <w:pPr>
              <w:spacing w:after="0"/>
            </w:pPr>
            <w:r>
              <w:rPr>
                <w:b/>
                <w:sz w:val="19"/>
              </w:rPr>
              <w:t xml:space="preserve">Name: </w:t>
            </w:r>
            <w:r>
              <w:rPr>
                <w:color w:val="696969"/>
                <w:sz w:val="19"/>
              </w:rPr>
              <w:t>Enter full name</w:t>
            </w:r>
          </w:p>
        </w:tc>
        <w:tc>
          <w:tcPr>
            <w:tcW w:w="3523" w:type="dxa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shd w:val="clear" w:color="auto" w:fill="FAFAF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30FFF0D1" w14:textId="77777777" w:rsidR="00797A76" w:rsidRDefault="00C85A70">
            <w:pPr>
              <w:spacing w:after="0"/>
            </w:pPr>
            <w:r>
              <w:rPr>
                <w:b/>
                <w:sz w:val="19"/>
              </w:rPr>
              <w:t xml:space="preserve">Banner ID #: </w:t>
            </w:r>
            <w:r>
              <w:rPr>
                <w:color w:val="696969"/>
                <w:sz w:val="19"/>
              </w:rPr>
              <w:t>Enter Banner ID</w:t>
            </w:r>
          </w:p>
        </w:tc>
      </w:tr>
      <w:tr w:rsidR="00797A76" w14:paraId="548B93A2" w14:textId="77777777">
        <w:trPr>
          <w:jc w:val="center"/>
        </w:trPr>
        <w:tc>
          <w:tcPr>
            <w:tcW w:w="10569" w:type="dxa"/>
            <w:gridSpan w:val="3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shd w:val="clear" w:color="auto" w:fill="FAFAF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037C59BF" w14:textId="77777777" w:rsidR="00797A76" w:rsidRDefault="00C85A70">
            <w:pPr>
              <w:spacing w:after="0"/>
            </w:pPr>
            <w:r>
              <w:rPr>
                <w:b/>
                <w:sz w:val="19"/>
              </w:rPr>
              <w:t xml:space="preserve">Address: </w:t>
            </w:r>
            <w:r>
              <w:rPr>
                <w:color w:val="696969"/>
                <w:sz w:val="19"/>
              </w:rPr>
              <w:t>Enter mailing address</w:t>
            </w:r>
          </w:p>
        </w:tc>
      </w:tr>
      <w:tr w:rsidR="00797A76" w14:paraId="7B5F1F7E" w14:textId="77777777">
        <w:trPr>
          <w:jc w:val="center"/>
        </w:trPr>
        <w:tc>
          <w:tcPr>
            <w:tcW w:w="3523" w:type="dxa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shd w:val="clear" w:color="auto" w:fill="FAFAF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09AB7DE1" w14:textId="77777777" w:rsidR="00797A76" w:rsidRDefault="00C85A70">
            <w:pPr>
              <w:spacing w:after="0"/>
            </w:pPr>
            <w:r>
              <w:rPr>
                <w:b/>
                <w:sz w:val="19"/>
              </w:rPr>
              <w:t xml:space="preserve">City: </w:t>
            </w:r>
            <w:r>
              <w:rPr>
                <w:color w:val="696969"/>
                <w:sz w:val="19"/>
              </w:rPr>
              <w:t>Enter city</w:t>
            </w:r>
          </w:p>
        </w:tc>
        <w:tc>
          <w:tcPr>
            <w:tcW w:w="3523" w:type="dxa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shd w:val="clear" w:color="auto" w:fill="FAFAF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1308D3EB" w14:textId="77777777" w:rsidR="00797A76" w:rsidRDefault="00C85A70">
            <w:pPr>
              <w:spacing w:after="0"/>
            </w:pPr>
            <w:r>
              <w:rPr>
                <w:b/>
                <w:sz w:val="19"/>
              </w:rPr>
              <w:t xml:space="preserve">State: </w:t>
            </w:r>
            <w:r>
              <w:rPr>
                <w:color w:val="696969"/>
                <w:sz w:val="19"/>
              </w:rPr>
              <w:t>Enter state</w:t>
            </w:r>
          </w:p>
        </w:tc>
        <w:tc>
          <w:tcPr>
            <w:tcW w:w="3523" w:type="dxa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shd w:val="clear" w:color="auto" w:fill="FAFAF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54B6942B" w14:textId="77777777" w:rsidR="00797A76" w:rsidRDefault="00C85A70">
            <w:pPr>
              <w:spacing w:after="0"/>
            </w:pPr>
            <w:r>
              <w:rPr>
                <w:b/>
                <w:sz w:val="19"/>
              </w:rPr>
              <w:t xml:space="preserve">Zip: </w:t>
            </w:r>
            <w:r>
              <w:rPr>
                <w:color w:val="696969"/>
                <w:sz w:val="19"/>
              </w:rPr>
              <w:t>Enter zip code</w:t>
            </w:r>
          </w:p>
        </w:tc>
      </w:tr>
      <w:tr w:rsidR="00797A76" w14:paraId="5C5C70FF" w14:textId="77777777">
        <w:trPr>
          <w:jc w:val="center"/>
        </w:trPr>
        <w:tc>
          <w:tcPr>
            <w:tcW w:w="3523" w:type="dxa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shd w:val="clear" w:color="auto" w:fill="FAFAF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0B4817DE" w14:textId="77777777" w:rsidR="00797A76" w:rsidRDefault="00C85A70">
            <w:pPr>
              <w:spacing w:after="0"/>
            </w:pPr>
            <w:r>
              <w:rPr>
                <w:b/>
                <w:sz w:val="19"/>
              </w:rPr>
              <w:t xml:space="preserve">Email: </w:t>
            </w:r>
            <w:r>
              <w:rPr>
                <w:color w:val="696969"/>
                <w:sz w:val="19"/>
              </w:rPr>
              <w:t>Enter NMSU email</w:t>
            </w:r>
          </w:p>
        </w:tc>
        <w:tc>
          <w:tcPr>
            <w:tcW w:w="3523" w:type="dxa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shd w:val="clear" w:color="auto" w:fill="FAFAF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67C8531F" w14:textId="77777777" w:rsidR="00797A76" w:rsidRDefault="00C85A70">
            <w:pPr>
              <w:spacing w:after="0"/>
            </w:pPr>
            <w:r>
              <w:rPr>
                <w:b/>
                <w:sz w:val="19"/>
              </w:rPr>
              <w:t xml:space="preserve">Phone: </w:t>
            </w:r>
            <w:r>
              <w:rPr>
                <w:color w:val="696969"/>
                <w:sz w:val="19"/>
              </w:rPr>
              <w:t>Enter phone number</w:t>
            </w:r>
          </w:p>
        </w:tc>
        <w:tc>
          <w:tcPr>
            <w:tcW w:w="3523" w:type="dxa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shd w:val="clear" w:color="auto" w:fill="FAFAF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0B29C44D" w14:textId="77777777" w:rsidR="00797A76" w:rsidRDefault="00C85A70">
            <w:pPr>
              <w:spacing w:after="0"/>
            </w:pPr>
            <w:r>
              <w:rPr>
                <w:b/>
                <w:sz w:val="19"/>
              </w:rPr>
              <w:t xml:space="preserve">Current College GPA: </w:t>
            </w:r>
            <w:r>
              <w:rPr>
                <w:color w:val="696969"/>
                <w:sz w:val="19"/>
              </w:rPr>
              <w:t>Enter GPA</w:t>
            </w:r>
          </w:p>
        </w:tc>
      </w:tr>
      <w:tr w:rsidR="00797A76" w14:paraId="68520BD2" w14:textId="77777777">
        <w:trPr>
          <w:jc w:val="center"/>
        </w:trPr>
        <w:tc>
          <w:tcPr>
            <w:tcW w:w="10569" w:type="dxa"/>
            <w:gridSpan w:val="3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shd w:val="clear" w:color="auto" w:fill="FAFAF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6167DB39" w14:textId="77777777" w:rsidR="00797A76" w:rsidRDefault="00C85A70">
            <w:pPr>
              <w:spacing w:after="0"/>
            </w:pPr>
            <w:r>
              <w:rPr>
                <w:b/>
                <w:sz w:val="19"/>
              </w:rPr>
              <w:t xml:space="preserve">Expected Graduation (Date, Degree): </w:t>
            </w:r>
            <w:r>
              <w:rPr>
                <w:color w:val="696969"/>
                <w:sz w:val="19"/>
              </w:rPr>
              <w:t>Example: May 2028, B.S. Animal Science</w:t>
            </w:r>
          </w:p>
        </w:tc>
      </w:tr>
      <w:tr w:rsidR="00797A76" w14:paraId="5F05DF07" w14:textId="77777777">
        <w:trPr>
          <w:jc w:val="center"/>
        </w:trPr>
        <w:tc>
          <w:tcPr>
            <w:tcW w:w="3523" w:type="dxa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shd w:val="clear" w:color="auto" w:fill="FAFAF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2E9C69A2" w14:textId="77777777" w:rsidR="00797A76" w:rsidRDefault="00C85A70">
            <w:pPr>
              <w:spacing w:after="0"/>
            </w:pPr>
            <w:r>
              <w:rPr>
                <w:b/>
                <w:sz w:val="19"/>
              </w:rPr>
              <w:t xml:space="preserve">Department: </w:t>
            </w:r>
            <w:r>
              <w:rPr>
                <w:color w:val="696969"/>
                <w:sz w:val="19"/>
              </w:rPr>
              <w:t>Enter department</w:t>
            </w:r>
          </w:p>
        </w:tc>
        <w:tc>
          <w:tcPr>
            <w:tcW w:w="7046" w:type="dxa"/>
            <w:gridSpan w:val="2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shd w:val="clear" w:color="auto" w:fill="FAFAF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418D265F" w14:textId="77777777" w:rsidR="00797A76" w:rsidRDefault="00C85A70">
            <w:pPr>
              <w:spacing w:after="0"/>
            </w:pPr>
            <w:r>
              <w:rPr>
                <w:b/>
                <w:sz w:val="19"/>
              </w:rPr>
              <w:t xml:space="preserve">Major: </w:t>
            </w:r>
            <w:r>
              <w:rPr>
                <w:color w:val="696969"/>
                <w:sz w:val="19"/>
              </w:rPr>
              <w:t>Enter major</w:t>
            </w:r>
          </w:p>
        </w:tc>
      </w:tr>
    </w:tbl>
    <w:p w14:paraId="7F4A0B8C" w14:textId="77777777" w:rsidR="00797A76" w:rsidRDefault="00C85A70">
      <w:pPr>
        <w:spacing w:before="60" w:after="40"/>
      </w:pPr>
      <w:r>
        <w:rPr>
          <w:i/>
          <w:sz w:val="17"/>
        </w:rPr>
        <w:t>*Submission of requested demographic information is voluntary and is not required or a precondition of the award.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28"/>
        <w:gridCol w:w="30"/>
      </w:tblGrid>
      <w:tr w:rsidR="00797A76" w14:paraId="4FB4C31C" w14:textId="77777777">
        <w:trPr>
          <w:jc w:val="center"/>
        </w:trPr>
        <w:tc>
          <w:tcPr>
            <w:tcW w:w="10570" w:type="dxa"/>
            <w:gridSpan w:val="2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56A9EB4D" w14:textId="77777777" w:rsidR="00797A76" w:rsidRDefault="00C85A70">
            <w:pPr>
              <w:spacing w:after="0"/>
            </w:pPr>
            <w:r>
              <w:rPr>
                <w:b/>
                <w:i/>
                <w:sz w:val="18"/>
              </w:rPr>
              <w:t xml:space="preserve">*Ethnicity: </w:t>
            </w:r>
            <w:r>
              <w:rPr>
                <w:sz w:val="18"/>
              </w:rPr>
              <w:t xml:space="preserve">   ☐ Caucasian   ☐ African American   ☐ Hispanic/Latino   ☐ Asian   ☐ Native American</w:t>
            </w:r>
          </w:p>
        </w:tc>
      </w:tr>
      <w:tr w:rsidR="00797A76" w14:paraId="00DEB9C1" w14:textId="77777777">
        <w:tblPrEx>
          <w:jc w:val="left"/>
        </w:tblPrEx>
        <w:trPr>
          <w:gridAfter w:val="1"/>
          <w:wAfter w:w="30" w:type="dxa"/>
        </w:trPr>
        <w:tc>
          <w:tcPr>
            <w:tcW w:w="10570" w:type="dxa"/>
            <w:tcBorders>
              <w:top w:val="nil"/>
              <w:left w:val="nil"/>
              <w:bottom w:val="nil"/>
              <w:right w:val="nil"/>
            </w:tcBorders>
            <w:shd w:val="clear" w:color="auto" w:fill="8C0B4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4ADF6B7" w14:textId="77777777" w:rsidR="00797A76" w:rsidRDefault="00C85A70">
            <w:pPr>
              <w:spacing w:after="0"/>
            </w:pPr>
            <w:r>
              <w:rPr>
                <w:b/>
                <w:color w:val="FFFFFF"/>
                <w:sz w:val="22"/>
              </w:rPr>
              <w:t>ADDITIONAL INFORMATION</w:t>
            </w:r>
          </w:p>
        </w:tc>
      </w:tr>
    </w:tbl>
    <w:p w14:paraId="7B88CA78" w14:textId="77777777" w:rsidR="00797A76" w:rsidRDefault="00797A76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28"/>
        <w:gridCol w:w="30"/>
      </w:tblGrid>
      <w:tr w:rsidR="00797A76" w14:paraId="41BE26CF" w14:textId="77777777">
        <w:trPr>
          <w:jc w:val="center"/>
        </w:trPr>
        <w:tc>
          <w:tcPr>
            <w:tcW w:w="10570" w:type="dxa"/>
            <w:gridSpan w:val="2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9CC67FD" w14:textId="77777777" w:rsidR="00797A76" w:rsidRDefault="00C85A70">
            <w:pPr>
              <w:spacing w:after="0"/>
            </w:pPr>
            <w:r>
              <w:rPr>
                <w:b/>
                <w:sz w:val="19"/>
              </w:rPr>
              <w:t xml:space="preserve">Classification: </w:t>
            </w:r>
            <w:r>
              <w:rPr>
                <w:sz w:val="19"/>
              </w:rPr>
              <w:t xml:space="preserve">   ☐ Freshman   ☐ Sophomore   ☐ Junior   ☐ Senior   ☐ Transfer Student    Number of Transfer Hours: __________</w:t>
            </w:r>
          </w:p>
        </w:tc>
      </w:tr>
      <w:tr w:rsidR="00797A76" w14:paraId="54C32936" w14:textId="77777777">
        <w:trPr>
          <w:jc w:val="center"/>
        </w:trPr>
        <w:tc>
          <w:tcPr>
            <w:tcW w:w="10570" w:type="dxa"/>
            <w:gridSpan w:val="2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E39B22" w14:textId="77777777" w:rsidR="00797A76" w:rsidRDefault="00C85A70">
            <w:pPr>
              <w:spacing w:after="0"/>
            </w:pPr>
            <w:r>
              <w:rPr>
                <w:b/>
                <w:sz w:val="19"/>
              </w:rPr>
              <w:t xml:space="preserve">Participating in a University-Sponsored Research Scholar Program: </w:t>
            </w:r>
            <w:r>
              <w:rPr>
                <w:sz w:val="19"/>
              </w:rPr>
              <w:t>☐ Yes    ☐ No</w:t>
            </w:r>
          </w:p>
        </w:tc>
      </w:tr>
      <w:tr w:rsidR="00797A76" w14:paraId="4ACE8C55" w14:textId="77777777">
        <w:trPr>
          <w:jc w:val="center"/>
        </w:trPr>
        <w:tc>
          <w:tcPr>
            <w:tcW w:w="10570" w:type="dxa"/>
            <w:gridSpan w:val="2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E10EFDB" w14:textId="77777777" w:rsidR="00797A76" w:rsidRDefault="00C85A70">
            <w:pPr>
              <w:spacing w:after="0"/>
            </w:pPr>
            <w:r>
              <w:rPr>
                <w:b/>
                <w:sz w:val="19"/>
              </w:rPr>
              <w:t xml:space="preserve">If yes, which one? </w:t>
            </w:r>
            <w:r>
              <w:rPr>
                <w:color w:val="696969"/>
                <w:sz w:val="19"/>
              </w:rPr>
              <w:t>Enter program name</w:t>
            </w:r>
          </w:p>
        </w:tc>
      </w:tr>
      <w:tr w:rsidR="00797A76" w14:paraId="708A089F" w14:textId="77777777">
        <w:tblPrEx>
          <w:jc w:val="left"/>
        </w:tblPrEx>
        <w:trPr>
          <w:gridAfter w:val="1"/>
          <w:wAfter w:w="30" w:type="dxa"/>
        </w:trPr>
        <w:tc>
          <w:tcPr>
            <w:tcW w:w="10570" w:type="dxa"/>
            <w:tcBorders>
              <w:top w:val="nil"/>
              <w:left w:val="nil"/>
              <w:bottom w:val="nil"/>
              <w:right w:val="nil"/>
            </w:tcBorders>
            <w:shd w:val="clear" w:color="auto" w:fill="8C0B4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0EA88AB" w14:textId="77777777" w:rsidR="00797A76" w:rsidRDefault="00C85A70">
            <w:pPr>
              <w:spacing w:after="0"/>
            </w:pPr>
            <w:r>
              <w:rPr>
                <w:b/>
                <w:color w:val="FFFFFF"/>
                <w:sz w:val="22"/>
              </w:rPr>
              <w:t>FACULTY RESEARCH MENTOR AND PROJECT</w:t>
            </w:r>
          </w:p>
        </w:tc>
      </w:tr>
    </w:tbl>
    <w:p w14:paraId="7A79A961" w14:textId="77777777" w:rsidR="00797A76" w:rsidRDefault="00797A76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85"/>
        <w:gridCol w:w="5285"/>
      </w:tblGrid>
      <w:tr w:rsidR="00797A76" w14:paraId="125776E7" w14:textId="77777777">
        <w:trPr>
          <w:jc w:val="center"/>
        </w:trPr>
        <w:tc>
          <w:tcPr>
            <w:tcW w:w="5285" w:type="dxa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shd w:val="clear" w:color="auto" w:fill="FAFAF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2863E48D" w14:textId="77777777" w:rsidR="00797A76" w:rsidRDefault="00C85A70">
            <w:pPr>
              <w:spacing w:after="0"/>
            </w:pPr>
            <w:r>
              <w:rPr>
                <w:b/>
                <w:sz w:val="19"/>
              </w:rPr>
              <w:t xml:space="preserve">Faculty Mentor Name: </w:t>
            </w:r>
            <w:r>
              <w:rPr>
                <w:color w:val="696969"/>
                <w:sz w:val="19"/>
              </w:rPr>
              <w:t>Enter mentor name</w:t>
            </w:r>
          </w:p>
        </w:tc>
        <w:tc>
          <w:tcPr>
            <w:tcW w:w="5285" w:type="dxa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shd w:val="clear" w:color="auto" w:fill="FAFAF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1B43C7DF" w14:textId="77777777" w:rsidR="00797A76" w:rsidRDefault="00C85A70">
            <w:pPr>
              <w:spacing w:after="0"/>
            </w:pPr>
            <w:r>
              <w:rPr>
                <w:b/>
                <w:sz w:val="19"/>
              </w:rPr>
              <w:t xml:space="preserve">Department: </w:t>
            </w:r>
            <w:r>
              <w:rPr>
                <w:color w:val="696969"/>
                <w:sz w:val="19"/>
              </w:rPr>
              <w:t>Enter department</w:t>
            </w:r>
          </w:p>
        </w:tc>
      </w:tr>
      <w:tr w:rsidR="00797A76" w14:paraId="05D6B373" w14:textId="77777777">
        <w:trPr>
          <w:jc w:val="center"/>
        </w:trPr>
        <w:tc>
          <w:tcPr>
            <w:tcW w:w="10570" w:type="dxa"/>
            <w:gridSpan w:val="2"/>
            <w:tcBorders>
              <w:top w:val="single" w:sz="5" w:space="0" w:color="D4D4D4"/>
              <w:left w:val="single" w:sz="5" w:space="0" w:color="D4D4D4"/>
              <w:bottom w:val="single" w:sz="5" w:space="0" w:color="D4D4D4"/>
              <w:right w:val="single" w:sz="5" w:space="0" w:color="D4D4D4"/>
            </w:tcBorders>
            <w:shd w:val="clear" w:color="auto" w:fill="FAFAFA"/>
            <w:tcMar>
              <w:top w:w="75" w:type="dxa"/>
              <w:left w:w="90" w:type="dxa"/>
              <w:bottom w:w="75" w:type="dxa"/>
              <w:right w:w="90" w:type="dxa"/>
            </w:tcMar>
          </w:tcPr>
          <w:p w14:paraId="40793AEF" w14:textId="77777777" w:rsidR="00797A76" w:rsidRDefault="00C85A70">
            <w:pPr>
              <w:spacing w:after="0"/>
            </w:pPr>
            <w:r>
              <w:rPr>
                <w:b/>
                <w:sz w:val="19"/>
              </w:rPr>
              <w:t xml:space="preserve">Project Title: </w:t>
            </w:r>
            <w:r>
              <w:rPr>
                <w:color w:val="696969"/>
                <w:sz w:val="19"/>
              </w:rPr>
              <w:t>Enter project title</w:t>
            </w:r>
          </w:p>
        </w:tc>
      </w:tr>
    </w:tbl>
    <w:p w14:paraId="18AF0757" w14:textId="77777777" w:rsidR="00797A76" w:rsidRDefault="00C85A70">
      <w:r>
        <w:br w:type="page"/>
      </w:r>
    </w:p>
    <w:p w14:paraId="0DB94FCD" w14:textId="77777777" w:rsidR="00797A76" w:rsidRDefault="00C85A70">
      <w:pPr>
        <w:spacing w:before="80" w:after="0"/>
        <w:jc w:val="center"/>
      </w:pPr>
      <w:r>
        <w:rPr>
          <w:b/>
          <w:sz w:val="40"/>
        </w:rPr>
        <w:lastRenderedPageBreak/>
        <w:t>ACES Undergraduate Research Projects</w:t>
      </w:r>
    </w:p>
    <w:p w14:paraId="193731FC" w14:textId="77777777" w:rsidR="00797A76" w:rsidRDefault="00C85A70">
      <w:pPr>
        <w:spacing w:after="200"/>
        <w:jc w:val="center"/>
      </w:pPr>
      <w:r>
        <w:rPr>
          <w:sz w:val="26"/>
        </w:rPr>
        <w:t>Program Requirements and Submission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85"/>
        <w:gridCol w:w="5285"/>
      </w:tblGrid>
      <w:tr w:rsidR="00797A76" w14:paraId="39B287A8" w14:textId="77777777">
        <w:trPr>
          <w:jc w:val="center"/>
        </w:trPr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75854119" w14:textId="77777777" w:rsidR="00797A76" w:rsidRDefault="00C85A70">
            <w:r>
              <w:rPr>
                <w:b/>
                <w:color w:val="8C0B42"/>
                <w:sz w:val="22"/>
              </w:rPr>
              <w:t>ELIGIBILITY REQUIREMENTS</w:t>
            </w:r>
          </w:p>
          <w:p w14:paraId="141F50E6" w14:textId="77777777" w:rsidR="00797A76" w:rsidRDefault="00C85A70">
            <w:pPr>
              <w:spacing w:after="40"/>
              <w:ind w:left="259" w:hanging="202"/>
            </w:pPr>
            <w:r>
              <w:rPr>
                <w:sz w:val="18"/>
              </w:rPr>
              <w:t>• Classified as an undergraduate at New Mexico State University in the College of ACES.</w:t>
            </w:r>
          </w:p>
          <w:p w14:paraId="106F41ED" w14:textId="77777777" w:rsidR="00797A76" w:rsidRDefault="00C85A70">
            <w:pPr>
              <w:spacing w:after="40"/>
              <w:ind w:left="259" w:hanging="202"/>
            </w:pPr>
            <w:r>
              <w:rPr>
                <w:sz w:val="18"/>
              </w:rPr>
              <w:t>• Completed a minimum of 12 credit hours at New Mexico State University.</w:t>
            </w:r>
          </w:p>
          <w:p w14:paraId="1740E7AF" w14:textId="77777777" w:rsidR="00797A76" w:rsidRDefault="00C85A70">
            <w:pPr>
              <w:spacing w:after="40"/>
              <w:ind w:left="259" w:hanging="202"/>
            </w:pPr>
            <w:r>
              <w:rPr>
                <w:sz w:val="18"/>
              </w:rPr>
              <w:t>• Achieved a minimum 3.0 GPA.</w:t>
            </w:r>
          </w:p>
          <w:p w14:paraId="3004DC19" w14:textId="77777777" w:rsidR="00797A76" w:rsidRDefault="00C85A70">
            <w:pPr>
              <w:spacing w:after="40"/>
              <w:ind w:left="259" w:hanging="202"/>
            </w:pPr>
            <w:r>
              <w:rPr>
                <w:sz w:val="18"/>
              </w:rPr>
              <w:t>• Commit to a minimum of 10 hours/week for research for each semester.</w:t>
            </w:r>
          </w:p>
          <w:p w14:paraId="457C7569" w14:textId="77777777" w:rsidR="00797A76" w:rsidRDefault="00C85A70">
            <w:pPr>
              <w:spacing w:after="40"/>
              <w:ind w:left="259" w:hanging="202"/>
            </w:pPr>
            <w:r>
              <w:rPr>
                <w:sz w:val="18"/>
              </w:rPr>
              <w:t>• No more than 2 participants/lab.</w:t>
            </w:r>
          </w:p>
          <w:p w14:paraId="52B11E2D" w14:textId="77777777" w:rsidR="00797A76" w:rsidRDefault="00C85A70">
            <w:pPr>
              <w:spacing w:after="40"/>
              <w:ind w:left="259" w:hanging="202"/>
            </w:pPr>
            <w:r>
              <w:rPr>
                <w:sz w:val="18"/>
              </w:rPr>
              <w:t>• May only participate in 2 application cycles and must have distinct project objectives.</w:t>
            </w:r>
          </w:p>
          <w:p w14:paraId="6FDF86CD" w14:textId="77777777" w:rsidR="00797A76" w:rsidRDefault="00C85A70">
            <w:pPr>
              <w:spacing w:before="100" w:after="40"/>
            </w:pPr>
            <w:r>
              <w:rPr>
                <w:b/>
                <w:sz w:val="18"/>
              </w:rPr>
              <w:t xml:space="preserve">NOTE: </w:t>
            </w:r>
            <w:r>
              <w:rPr>
                <w:sz w:val="18"/>
              </w:rPr>
              <w:t>Students in all majors within the College of ACES are encouraged to apply.</w:t>
            </w:r>
          </w:p>
          <w:p w14:paraId="6D435A3C" w14:textId="77777777" w:rsidR="00797A76" w:rsidRDefault="00C85A70">
            <w:pPr>
              <w:spacing w:before="120" w:after="40"/>
            </w:pPr>
            <w:r>
              <w:rPr>
                <w:b/>
                <w:color w:val="8C0B42"/>
                <w:sz w:val="22"/>
              </w:rPr>
              <w:t>FUNDING</w:t>
            </w:r>
          </w:p>
          <w:p w14:paraId="4BE9A210" w14:textId="77777777" w:rsidR="00797A76" w:rsidRDefault="00C85A70">
            <w:pPr>
              <w:spacing w:after="0" w:line="240" w:lineRule="auto"/>
            </w:pPr>
            <w:r>
              <w:rPr>
                <w:sz w:val="18"/>
              </w:rPr>
              <w:t>ACES UG research scholar funds ($1,000) will be distributed to the student as a stipend in two equal payments at the beginning of the fall and spring semesters of the award year. Up to $500 will be provided for research supplies.</w:t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CFB19CD" w14:textId="77777777" w:rsidR="00797A76" w:rsidRDefault="00C85A70">
            <w:r>
              <w:rPr>
                <w:b/>
                <w:color w:val="8C0B42"/>
                <w:sz w:val="22"/>
              </w:rPr>
              <w:t>PROGRAM PARTICIPATION REQUIREMENTS</w:t>
            </w:r>
          </w:p>
          <w:p w14:paraId="2819AD15" w14:textId="77777777" w:rsidR="00797A76" w:rsidRDefault="00C85A70">
            <w:pPr>
              <w:ind w:left="259" w:hanging="202"/>
            </w:pPr>
            <w:r>
              <w:rPr>
                <w:sz w:val="18"/>
              </w:rPr>
              <w:t>• Attend program meetings (1/semester).</w:t>
            </w:r>
          </w:p>
          <w:p w14:paraId="7C11CFC6" w14:textId="77777777" w:rsidR="00797A76" w:rsidRDefault="00C85A70">
            <w:pPr>
              <w:ind w:left="259" w:hanging="202"/>
            </w:pPr>
            <w:r>
              <w:rPr>
                <w:sz w:val="18"/>
              </w:rPr>
              <w:t>• Attend Progress Report Meeting (February 19, 2027).</w:t>
            </w:r>
          </w:p>
          <w:p w14:paraId="525CD444" w14:textId="77777777" w:rsidR="00797A76" w:rsidRDefault="00C85A70">
            <w:pPr>
              <w:ind w:left="259" w:hanging="202"/>
            </w:pPr>
            <w:r>
              <w:rPr>
                <w:sz w:val="18"/>
              </w:rPr>
              <w:t>• Submit progress and final reports.</w:t>
            </w:r>
          </w:p>
          <w:p w14:paraId="4E481FED" w14:textId="77777777" w:rsidR="00797A76" w:rsidRDefault="00C85A70">
            <w:pPr>
              <w:ind w:left="259" w:hanging="202"/>
            </w:pPr>
            <w:r>
              <w:rPr>
                <w:sz w:val="18"/>
              </w:rPr>
              <w:t>• Present research at ACES Open House and/or URCAS (TBD).</w:t>
            </w:r>
          </w:p>
          <w:p w14:paraId="3FFD9E2A" w14:textId="77777777" w:rsidR="00797A76" w:rsidRDefault="00C85A70">
            <w:pPr>
              <w:spacing w:before="160" w:after="40"/>
            </w:pPr>
            <w:r>
              <w:rPr>
                <w:b/>
                <w:color w:val="8C0B42"/>
                <w:sz w:val="22"/>
              </w:rPr>
              <w:t>APPLICATION MATERIALS</w:t>
            </w:r>
          </w:p>
          <w:p w14:paraId="7FA98DA4" w14:textId="77777777" w:rsidR="00797A76" w:rsidRDefault="00C85A70">
            <w:r>
              <w:rPr>
                <w:sz w:val="18"/>
              </w:rPr>
              <w:t>☐ Official Application Form</w:t>
            </w:r>
          </w:p>
          <w:p w14:paraId="26ABCB5C" w14:textId="77777777" w:rsidR="00797A76" w:rsidRDefault="00C85A70">
            <w:r>
              <w:rPr>
                <w:sz w:val="18"/>
              </w:rPr>
              <w:t>☐ Unofficial Transcript</w:t>
            </w:r>
          </w:p>
          <w:p w14:paraId="27A548C9" w14:textId="77777777" w:rsidR="00797A76" w:rsidRDefault="00C85A70">
            <w:r>
              <w:rPr>
                <w:sz w:val="18"/>
              </w:rPr>
              <w:t>☐ Research Proposal (one page; see page 3)</w:t>
            </w:r>
          </w:p>
          <w:p w14:paraId="0AE621FC" w14:textId="77777777" w:rsidR="00797A76" w:rsidRDefault="00C85A70">
            <w:r>
              <w:rPr>
                <w:sz w:val="18"/>
              </w:rPr>
              <w:t>☐ Mentor Endorsement Letter (signed; see page 4)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0570"/>
      </w:tblGrid>
      <w:tr w:rsidR="00797A76" w14:paraId="6D2472F0" w14:textId="77777777">
        <w:tc>
          <w:tcPr>
            <w:tcW w:w="10570" w:type="dxa"/>
            <w:tcBorders>
              <w:top w:val="nil"/>
              <w:left w:val="nil"/>
              <w:bottom w:val="nil"/>
              <w:right w:val="nil"/>
            </w:tcBorders>
            <w:shd w:val="clear" w:color="auto" w:fill="8C0B4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10AF9F9" w14:textId="77777777" w:rsidR="00797A76" w:rsidRDefault="00C85A70">
            <w:pPr>
              <w:spacing w:after="0"/>
            </w:pPr>
            <w:r>
              <w:rPr>
                <w:b/>
                <w:color w:val="FFFFFF"/>
                <w:sz w:val="22"/>
              </w:rPr>
              <w:t>STUDENT CERTIFICATION AND SIGNATURE</w:t>
            </w:r>
          </w:p>
        </w:tc>
      </w:tr>
    </w:tbl>
    <w:p w14:paraId="2A5A44D8" w14:textId="77777777" w:rsidR="00797A76" w:rsidRDefault="00797A76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54"/>
      </w:tblGrid>
      <w:tr w:rsidR="00797A76" w14:paraId="4F87FFCA" w14:textId="77777777">
        <w:trPr>
          <w:jc w:val="center"/>
        </w:trPr>
        <w:tc>
          <w:tcPr>
            <w:tcW w:w="1057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0FDC6C" w14:textId="77777777" w:rsidR="00797A76" w:rsidRDefault="00C85A70">
            <w:pPr>
              <w:spacing w:after="0"/>
            </w:pPr>
            <w:r>
              <w:rPr>
                <w:i/>
              </w:rPr>
              <w:t>By signing below, I affirm that the information is correct and that my application conforms to the 2026-2027 program and proposal guidelines.</w:t>
            </w:r>
          </w:p>
        </w:tc>
      </w:tr>
      <w:tr w:rsidR="00797A76" w14:paraId="79052627" w14:textId="77777777">
        <w:trPr>
          <w:jc w:val="center"/>
        </w:trPr>
        <w:tc>
          <w:tcPr>
            <w:tcW w:w="1057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6CB915" w14:textId="77777777" w:rsidR="00797A76" w:rsidRDefault="00C85A70">
            <w:pPr>
              <w:spacing w:before="240" w:after="80"/>
            </w:pPr>
            <w:r>
              <w:t>Student Signature: ____________________________________________     Date: __________________</w:t>
            </w:r>
          </w:p>
        </w:tc>
      </w:tr>
      <w:tr w:rsidR="00797A76" w14:paraId="69A6560C" w14:textId="77777777">
        <w:tblPrEx>
          <w:jc w:val="left"/>
        </w:tblPrEx>
        <w:tc>
          <w:tcPr>
            <w:tcW w:w="10570" w:type="dxa"/>
            <w:tcBorders>
              <w:top w:val="nil"/>
              <w:left w:val="nil"/>
              <w:bottom w:val="nil"/>
              <w:right w:val="nil"/>
            </w:tcBorders>
            <w:shd w:val="clear" w:color="auto" w:fill="8C0B4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595A9F7" w14:textId="77777777" w:rsidR="00797A76" w:rsidRDefault="00C85A70">
            <w:pPr>
              <w:spacing w:after="0"/>
            </w:pPr>
            <w:r>
              <w:rPr>
                <w:b/>
                <w:color w:val="FFFFFF"/>
                <w:sz w:val="22"/>
              </w:rPr>
              <w:t>HOW TO SUBMIT</w:t>
            </w:r>
          </w:p>
        </w:tc>
      </w:tr>
    </w:tbl>
    <w:p w14:paraId="2D400B16" w14:textId="77777777" w:rsidR="00797A76" w:rsidRDefault="00797A76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54"/>
      </w:tblGrid>
      <w:tr w:rsidR="00797A76" w14:paraId="4C7421D5" w14:textId="77777777">
        <w:trPr>
          <w:jc w:val="center"/>
        </w:trPr>
        <w:tc>
          <w:tcPr>
            <w:tcW w:w="1057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F62715" w14:textId="77777777" w:rsidR="00797A76" w:rsidRDefault="00C85A70">
            <w:r>
              <w:t xml:space="preserve">Submit all required materials via email to: </w:t>
            </w:r>
            <w:r>
              <w:rPr>
                <w:b/>
              </w:rPr>
              <w:t>Dr. Jennifer Hernandez Gifford — jgifford@nmsu.edu</w:t>
            </w:r>
          </w:p>
          <w:p w14:paraId="5A460D2B" w14:textId="77777777" w:rsidR="00797A76" w:rsidRDefault="00C85A70">
            <w:pPr>
              <w:spacing w:after="0"/>
            </w:pPr>
            <w:r>
              <w:rPr>
                <w:b/>
                <w:color w:val="8C0B42"/>
                <w:sz w:val="24"/>
              </w:rPr>
              <w:t>DEADLINE: September 18, 2026 (5:00 p.m.)</w:t>
            </w:r>
          </w:p>
        </w:tc>
      </w:tr>
    </w:tbl>
    <w:p w14:paraId="1E42C1D8" w14:textId="77777777" w:rsidR="00797A76" w:rsidRDefault="00C85A70">
      <w:r>
        <w:br w:type="page"/>
      </w:r>
    </w:p>
    <w:p w14:paraId="021350AB" w14:textId="77777777" w:rsidR="00797A76" w:rsidRDefault="00C85A70">
      <w:pPr>
        <w:spacing w:before="80" w:after="0"/>
        <w:jc w:val="center"/>
      </w:pPr>
      <w:r>
        <w:rPr>
          <w:b/>
          <w:sz w:val="40"/>
        </w:rPr>
        <w:lastRenderedPageBreak/>
        <w:t>ACES Undergraduate Research Projects</w:t>
      </w:r>
    </w:p>
    <w:p w14:paraId="3A0A5164" w14:textId="77777777" w:rsidR="00797A76" w:rsidRDefault="00C85A70">
      <w:pPr>
        <w:spacing w:after="200"/>
        <w:jc w:val="center"/>
      </w:pPr>
      <w:r>
        <w:rPr>
          <w:sz w:val="26"/>
        </w:rPr>
        <w:t>Research Proposal Instructions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570"/>
      </w:tblGrid>
      <w:tr w:rsidR="00797A76" w14:paraId="32D54893" w14:textId="77777777">
        <w:tc>
          <w:tcPr>
            <w:tcW w:w="10570" w:type="dxa"/>
            <w:tcBorders>
              <w:top w:val="nil"/>
              <w:left w:val="nil"/>
              <w:bottom w:val="nil"/>
              <w:right w:val="nil"/>
            </w:tcBorders>
            <w:shd w:val="clear" w:color="auto" w:fill="8C0B4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8E135AF" w14:textId="77777777" w:rsidR="00797A76" w:rsidRDefault="00C85A70">
            <w:pPr>
              <w:spacing w:after="0"/>
            </w:pPr>
            <w:r>
              <w:rPr>
                <w:b/>
                <w:color w:val="FFFFFF"/>
                <w:sz w:val="22"/>
              </w:rPr>
              <w:t>PROPOSAL GUIDELINES</w:t>
            </w:r>
          </w:p>
        </w:tc>
      </w:tr>
    </w:tbl>
    <w:p w14:paraId="3B4E0C9D" w14:textId="77777777" w:rsidR="00797A76" w:rsidRDefault="00797A76">
      <w:pPr>
        <w:spacing w:after="20"/>
      </w:pPr>
    </w:p>
    <w:p w14:paraId="3C46BB60" w14:textId="77777777" w:rsidR="00797A76" w:rsidRDefault="00C85A70">
      <w:pPr>
        <w:spacing w:after="80" w:line="240" w:lineRule="auto"/>
      </w:pPr>
      <w:r>
        <w:rPr>
          <w:sz w:val="18"/>
        </w:rPr>
        <w:t>Research proposals must:</w:t>
      </w:r>
    </w:p>
    <w:p w14:paraId="008F31A3" w14:textId="77777777" w:rsidR="00797A76" w:rsidRDefault="00C85A70">
      <w:pPr>
        <w:spacing w:after="80" w:line="240" w:lineRule="auto"/>
        <w:ind w:left="403" w:hanging="230"/>
      </w:pPr>
      <w:r>
        <w:t xml:space="preserve">• Be conceived with guidance from the </w:t>
      </w:r>
      <w:proofErr w:type="gramStart"/>
      <w:r>
        <w:t>Faculty</w:t>
      </w:r>
      <w:proofErr w:type="gramEnd"/>
      <w:r>
        <w:t xml:space="preserve"> research mentor.</w:t>
      </w:r>
    </w:p>
    <w:p w14:paraId="106FF2F0" w14:textId="77777777" w:rsidR="00797A76" w:rsidRDefault="00C85A70">
      <w:pPr>
        <w:spacing w:after="80" w:line="240" w:lineRule="auto"/>
        <w:ind w:left="403" w:hanging="230"/>
      </w:pPr>
      <w:r>
        <w:t>• Be written by the student — not faculty or graduate student.</w:t>
      </w:r>
    </w:p>
    <w:p w14:paraId="31C7A7EC" w14:textId="77777777" w:rsidR="00797A76" w:rsidRDefault="00C85A70">
      <w:pPr>
        <w:spacing w:after="80" w:line="240" w:lineRule="auto"/>
        <w:ind w:left="403" w:hanging="230"/>
      </w:pPr>
      <w:r>
        <w:t>• Be narrow and focused enough to be completed in 2 semesters.</w:t>
      </w:r>
    </w:p>
    <w:p w14:paraId="5381D9B2" w14:textId="77777777" w:rsidR="00797A76" w:rsidRDefault="00C85A70">
      <w:pPr>
        <w:spacing w:after="80" w:line="240" w:lineRule="auto"/>
        <w:ind w:left="403" w:hanging="230"/>
      </w:pPr>
      <w:r>
        <w:t>• Be clearly explained in lay language, free of field-specific jargon and readily understood by a broad audience.</w:t>
      </w:r>
    </w:p>
    <w:p w14:paraId="37895266" w14:textId="77777777" w:rsidR="00797A76" w:rsidRDefault="00C85A70">
      <w:pPr>
        <w:spacing w:after="80" w:line="240" w:lineRule="auto"/>
        <w:ind w:left="403" w:hanging="230"/>
      </w:pPr>
      <w:r>
        <w:t>• Detail the purpose, plan, methods, expected results, and benefits of the project.</w:t>
      </w:r>
    </w:p>
    <w:p w14:paraId="2A2AF536" w14:textId="77777777" w:rsidR="00797A76" w:rsidRDefault="00C85A70">
      <w:pPr>
        <w:spacing w:after="80" w:line="240" w:lineRule="auto"/>
        <w:ind w:left="403" w:hanging="230"/>
      </w:pPr>
      <w:r>
        <w:t>• Include concrete details about the project goals, activities, timelines, and required resources (library and laboratory materials, questionnaires, etc.).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8"/>
      </w:tblGrid>
      <w:tr w:rsidR="00797A76" w14:paraId="1CEC8A95" w14:textId="77777777">
        <w:trPr>
          <w:jc w:val="center"/>
        </w:trPr>
        <w:tc>
          <w:tcPr>
            <w:tcW w:w="10570" w:type="dxa"/>
            <w:tcBorders>
              <w:top w:val="single" w:sz="9" w:space="0" w:color="8C0B42"/>
              <w:left w:val="single" w:sz="9" w:space="0" w:color="8C0B42"/>
              <w:bottom w:val="single" w:sz="9" w:space="0" w:color="8C0B42"/>
              <w:right w:val="single" w:sz="9" w:space="0" w:color="8C0B42"/>
            </w:tcBorders>
            <w:shd w:val="clear" w:color="auto" w:fill="F8F0F4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4D0DF082" w14:textId="77777777" w:rsidR="00797A76" w:rsidRDefault="00C85A70">
            <w:r>
              <w:rPr>
                <w:b/>
                <w:color w:val="8C0B42"/>
                <w:sz w:val="22"/>
              </w:rPr>
              <w:t>REQUIRED FORMAT</w:t>
            </w:r>
          </w:p>
          <w:p w14:paraId="2AD0878A" w14:textId="77777777" w:rsidR="00797A76" w:rsidRDefault="00C85A70">
            <w:pPr>
              <w:spacing w:after="0"/>
            </w:pPr>
            <w:r>
              <w:rPr>
                <w:b/>
              </w:rPr>
              <w:t>One (1) single-spaced page with the title at the top, 12 pt. font, 1-inch margins — NO attachments.</w:t>
            </w:r>
          </w:p>
        </w:tc>
      </w:tr>
    </w:tbl>
    <w:p w14:paraId="398D3A9D" w14:textId="77777777" w:rsidR="00797A76" w:rsidRDefault="00797A76">
      <w:pPr>
        <w:spacing w:after="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570"/>
      </w:tblGrid>
      <w:tr w:rsidR="00797A76" w14:paraId="17768BC2" w14:textId="77777777">
        <w:tc>
          <w:tcPr>
            <w:tcW w:w="10570" w:type="dxa"/>
            <w:tcBorders>
              <w:top w:val="nil"/>
              <w:left w:val="nil"/>
              <w:bottom w:val="nil"/>
              <w:right w:val="nil"/>
            </w:tcBorders>
            <w:shd w:val="clear" w:color="auto" w:fill="8C0B4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A0E739F" w14:textId="77777777" w:rsidR="00797A76" w:rsidRDefault="00C85A70">
            <w:pPr>
              <w:spacing w:after="0"/>
            </w:pPr>
            <w:r>
              <w:rPr>
                <w:b/>
                <w:color w:val="FFFFFF"/>
                <w:sz w:val="22"/>
              </w:rPr>
              <w:t>PROPOSAL SUBMISSION</w:t>
            </w:r>
          </w:p>
        </w:tc>
      </w:tr>
    </w:tbl>
    <w:p w14:paraId="39DC41A8" w14:textId="77777777" w:rsidR="00797A76" w:rsidRDefault="00797A76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797A76" w14:paraId="24A0A144" w14:textId="77777777">
        <w:trPr>
          <w:jc w:val="center"/>
        </w:trPr>
        <w:tc>
          <w:tcPr>
            <w:tcW w:w="1057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1CF9C01" w14:textId="77777777" w:rsidR="00797A76" w:rsidRDefault="00C85A70">
            <w:pPr>
              <w:jc w:val="center"/>
            </w:pPr>
            <w:r>
              <w:rPr>
                <w:b/>
                <w:color w:val="505050"/>
                <w:sz w:val="22"/>
              </w:rPr>
              <w:t>STUDENT RESEARCH PROPOSAL</w:t>
            </w:r>
          </w:p>
        </w:tc>
      </w:tr>
      <w:tr w:rsidR="00797A76" w14:paraId="51C1C1AA" w14:textId="77777777">
        <w:trPr>
          <w:jc w:val="center"/>
        </w:trPr>
        <w:tc>
          <w:tcPr>
            <w:tcW w:w="1057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41576B72" w14:textId="77777777" w:rsidR="00797A76" w:rsidRDefault="00C85A70">
            <w:pPr>
              <w:spacing w:before="320"/>
              <w:jc w:val="center"/>
            </w:pPr>
            <w:r>
              <w:rPr>
                <w:b/>
                <w:color w:val="787878"/>
                <w:sz w:val="30"/>
              </w:rPr>
              <w:t>INCLUDE THE REQUIRED ONE-PAGE RESEARCH PROPOSAL WITH YOUR APPLICATION MATERIALS</w:t>
            </w:r>
          </w:p>
        </w:tc>
      </w:tr>
    </w:tbl>
    <w:p w14:paraId="112F7B04" w14:textId="77777777" w:rsidR="00797A76" w:rsidRDefault="00C85A70">
      <w:pPr>
        <w:spacing w:before="100" w:after="0"/>
        <w:jc w:val="center"/>
      </w:pPr>
      <w:r>
        <w:rPr>
          <w:i/>
          <w:sz w:val="18"/>
        </w:rPr>
        <w:t>The proposal must be the student’s own writing and must follow all requirements above.</w:t>
      </w:r>
    </w:p>
    <w:p w14:paraId="658EFD47" w14:textId="77777777" w:rsidR="00797A76" w:rsidRDefault="00C85A70">
      <w:r>
        <w:br w:type="page"/>
      </w:r>
    </w:p>
    <w:p w14:paraId="399768CE" w14:textId="77777777" w:rsidR="00797A76" w:rsidRDefault="00C85A70">
      <w:pPr>
        <w:spacing w:before="80" w:after="0"/>
        <w:jc w:val="center"/>
      </w:pPr>
      <w:r>
        <w:rPr>
          <w:b/>
          <w:sz w:val="40"/>
        </w:rPr>
        <w:lastRenderedPageBreak/>
        <w:t>ACES Undergraduate Research Projects</w:t>
      </w:r>
    </w:p>
    <w:p w14:paraId="009C82C7" w14:textId="77777777" w:rsidR="00797A76" w:rsidRDefault="00C85A70">
      <w:pPr>
        <w:spacing w:after="200"/>
        <w:jc w:val="center"/>
      </w:pPr>
      <w:r>
        <w:rPr>
          <w:sz w:val="26"/>
        </w:rPr>
        <w:t>Faculty Mentor Endorsement Letter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570"/>
      </w:tblGrid>
      <w:tr w:rsidR="00797A76" w14:paraId="4D7BE2A5" w14:textId="77777777">
        <w:tc>
          <w:tcPr>
            <w:tcW w:w="10570" w:type="dxa"/>
            <w:tcBorders>
              <w:top w:val="nil"/>
              <w:left w:val="nil"/>
              <w:bottom w:val="nil"/>
              <w:right w:val="nil"/>
            </w:tcBorders>
            <w:shd w:val="clear" w:color="auto" w:fill="8C0B4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F51BAE7" w14:textId="77777777" w:rsidR="00797A76" w:rsidRDefault="00C85A70">
            <w:pPr>
              <w:spacing w:after="0"/>
            </w:pPr>
            <w:r>
              <w:rPr>
                <w:b/>
                <w:color w:val="FFFFFF"/>
                <w:sz w:val="22"/>
              </w:rPr>
              <w:t>MENTOR ENDORSEMENT REQUIREMENTS</w:t>
            </w:r>
          </w:p>
        </w:tc>
      </w:tr>
    </w:tbl>
    <w:p w14:paraId="24B2B829" w14:textId="77777777" w:rsidR="00797A76" w:rsidRDefault="00797A76">
      <w:pPr>
        <w:spacing w:after="20"/>
      </w:pPr>
    </w:p>
    <w:p w14:paraId="774FC160" w14:textId="77777777" w:rsidR="00797A76" w:rsidRDefault="00C85A70">
      <w:pPr>
        <w:spacing w:after="80" w:line="240" w:lineRule="auto"/>
      </w:pPr>
      <w:r>
        <w:rPr>
          <w:sz w:val="18"/>
        </w:rPr>
        <w:t>Research Faculty Mentors must provide a signed letter of endorsement for each student that:</w:t>
      </w:r>
    </w:p>
    <w:p w14:paraId="49BA80D4" w14:textId="77777777" w:rsidR="00797A76" w:rsidRDefault="00C85A70">
      <w:pPr>
        <w:spacing w:after="100" w:line="240" w:lineRule="auto"/>
        <w:ind w:left="432" w:hanging="230"/>
      </w:pPr>
      <w:r>
        <w:t>• Affirms the quality and origin of the proposed research.</w:t>
      </w:r>
    </w:p>
    <w:p w14:paraId="12ED0FB9" w14:textId="77777777" w:rsidR="00797A76" w:rsidRDefault="00C85A70">
      <w:pPr>
        <w:spacing w:after="100" w:line="240" w:lineRule="auto"/>
        <w:ind w:left="432" w:hanging="230"/>
      </w:pPr>
      <w:r>
        <w:t>• Confirms availability of resources (labs, materials, etc.).</w:t>
      </w:r>
    </w:p>
    <w:p w14:paraId="2B80E35B" w14:textId="77777777" w:rsidR="00797A76" w:rsidRDefault="00C85A70">
      <w:pPr>
        <w:spacing w:after="100" w:line="240" w:lineRule="auto"/>
        <w:ind w:left="432" w:hanging="230"/>
      </w:pPr>
      <w:r>
        <w:t>• Describes the mentor’s role in the execution of the project.</w:t>
      </w:r>
    </w:p>
    <w:p w14:paraId="0A9EE7EA" w14:textId="77777777" w:rsidR="00797A76" w:rsidRDefault="00C85A70">
      <w:pPr>
        <w:spacing w:after="100" w:line="240" w:lineRule="auto"/>
        <w:ind w:left="432" w:hanging="230"/>
      </w:pPr>
      <w:r>
        <w:t>• Explains how the student will benefit from the project.</w:t>
      </w:r>
    </w:p>
    <w:p w14:paraId="0D33A4EC" w14:textId="77777777" w:rsidR="00797A76" w:rsidRDefault="00C85A70">
      <w:pPr>
        <w:spacing w:after="100" w:line="240" w:lineRule="auto"/>
        <w:ind w:left="432" w:hanging="230"/>
      </w:pPr>
      <w:r>
        <w:t>• Affirms willingness to attend the Program Progress Report Meeting (tentatively February 19, 2027).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8"/>
      </w:tblGrid>
      <w:tr w:rsidR="00797A76" w14:paraId="78B38EA6" w14:textId="77777777">
        <w:trPr>
          <w:jc w:val="center"/>
        </w:trPr>
        <w:tc>
          <w:tcPr>
            <w:tcW w:w="10570" w:type="dxa"/>
            <w:tcBorders>
              <w:top w:val="single" w:sz="9" w:space="0" w:color="8C0B42"/>
              <w:left w:val="single" w:sz="9" w:space="0" w:color="8C0B42"/>
              <w:bottom w:val="single" w:sz="9" w:space="0" w:color="8C0B42"/>
              <w:right w:val="single" w:sz="9" w:space="0" w:color="8C0B42"/>
            </w:tcBorders>
            <w:shd w:val="clear" w:color="auto" w:fill="F8F0F4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114AABF5" w14:textId="464D1B61" w:rsidR="00797A76" w:rsidRDefault="00C85A70">
            <w:pPr>
              <w:spacing w:after="0"/>
            </w:pPr>
            <w:r>
              <w:rPr>
                <w:b/>
                <w:color w:val="8C0B42"/>
                <w:sz w:val="21"/>
              </w:rPr>
              <w:t>The mentor endorsement must be signed before submission.</w:t>
            </w:r>
            <w:r w:rsidR="00667B41">
              <w:rPr>
                <w:b/>
                <w:color w:val="8C0B42"/>
                <w:sz w:val="21"/>
              </w:rPr>
              <w:t xml:space="preserve">  </w:t>
            </w:r>
            <w:r w:rsidR="00B7726B" w:rsidRPr="00B7726B">
              <w:rPr>
                <w:b/>
                <w:bCs/>
                <w:color w:val="8C0B42"/>
                <w:sz w:val="21"/>
              </w:rPr>
              <w:t>Applications submitted without a signed Faculty Mentor Endorsement Letter will not be considered.</w:t>
            </w:r>
          </w:p>
        </w:tc>
      </w:tr>
    </w:tbl>
    <w:p w14:paraId="1B745C6F" w14:textId="77777777" w:rsidR="00797A76" w:rsidRDefault="00797A76">
      <w:pPr>
        <w:spacing w:after="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570"/>
      </w:tblGrid>
      <w:tr w:rsidR="00797A76" w14:paraId="6D0C80DD" w14:textId="77777777">
        <w:tc>
          <w:tcPr>
            <w:tcW w:w="10570" w:type="dxa"/>
            <w:tcBorders>
              <w:top w:val="nil"/>
              <w:left w:val="nil"/>
              <w:bottom w:val="nil"/>
              <w:right w:val="nil"/>
            </w:tcBorders>
            <w:shd w:val="clear" w:color="auto" w:fill="8C0B42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A0AD7FA" w14:textId="77777777" w:rsidR="00797A76" w:rsidRDefault="00C85A70">
            <w:pPr>
              <w:spacing w:after="0"/>
            </w:pPr>
            <w:r>
              <w:rPr>
                <w:b/>
                <w:color w:val="FFFFFF"/>
                <w:sz w:val="22"/>
              </w:rPr>
              <w:t>MENTOR LETTER ATTACHMENT</w:t>
            </w:r>
          </w:p>
        </w:tc>
      </w:tr>
    </w:tbl>
    <w:p w14:paraId="13B87F78" w14:textId="77777777" w:rsidR="00797A76" w:rsidRDefault="00797A76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797A76" w14:paraId="7931E727" w14:textId="77777777">
        <w:trPr>
          <w:jc w:val="center"/>
        </w:trPr>
        <w:tc>
          <w:tcPr>
            <w:tcW w:w="1057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7FEE8B3" w14:textId="77777777" w:rsidR="00797A76" w:rsidRDefault="00C85A70">
            <w:pPr>
              <w:jc w:val="center"/>
            </w:pPr>
            <w:r>
              <w:rPr>
                <w:b/>
                <w:color w:val="505050"/>
                <w:sz w:val="22"/>
              </w:rPr>
              <w:t>SIGNED FACULTY MENTOR ENDORSEMENT LETTER</w:t>
            </w:r>
          </w:p>
        </w:tc>
      </w:tr>
      <w:tr w:rsidR="00797A76" w14:paraId="13220344" w14:textId="77777777">
        <w:trPr>
          <w:jc w:val="center"/>
        </w:trPr>
        <w:tc>
          <w:tcPr>
            <w:tcW w:w="10570" w:type="dxa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0A7DB1FE" w14:textId="77777777" w:rsidR="00797A76" w:rsidRDefault="00C85A70">
            <w:pPr>
              <w:spacing w:before="320"/>
              <w:jc w:val="center"/>
            </w:pPr>
            <w:r>
              <w:rPr>
                <w:b/>
                <w:color w:val="787878"/>
                <w:sz w:val="30"/>
              </w:rPr>
              <w:t>ATTACH OR INSERT THE SIGNED MENTOR ENDORSEMENT LETTER HERE</w:t>
            </w:r>
          </w:p>
        </w:tc>
      </w:tr>
    </w:tbl>
    <w:p w14:paraId="1AE3FEB4" w14:textId="77777777" w:rsidR="00797A76" w:rsidRDefault="00C85A70">
      <w:pPr>
        <w:spacing w:before="80" w:after="0"/>
        <w:jc w:val="center"/>
      </w:pPr>
      <w:r>
        <w:rPr>
          <w:i/>
          <w:sz w:val="18"/>
        </w:rPr>
        <w:t>The letter should address all five endorsement requirements listed above.</w:t>
      </w:r>
    </w:p>
    <w:sectPr w:rsidR="00797A76" w:rsidSect="00034616">
      <w:headerReference w:type="default" r:id="rId8"/>
      <w:footerReference w:type="default" r:id="rId9"/>
      <w:pgSz w:w="12240" w:h="15840"/>
      <w:pgMar w:top="792" w:right="835" w:bottom="792" w:left="835" w:header="288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C089CAC" w14:textId="77777777" w:rsidR="00BE7DD5" w:rsidRDefault="00BE7DD5">
      <w:pPr>
        <w:spacing w:after="0" w:line="240" w:lineRule="auto"/>
      </w:pPr>
      <w:r>
        <w:separator/>
      </w:r>
    </w:p>
  </w:endnote>
  <w:endnote w:type="continuationSeparator" w:id="0">
    <w:p w14:paraId="13155D41" w14:textId="77777777" w:rsidR="00BE7DD5" w:rsidRDefault="00BE7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CB5ADC" w14:textId="77777777" w:rsidR="00797A76" w:rsidRDefault="00C85A70">
    <w:pPr>
      <w:pStyle w:val="Footer"/>
      <w:jc w:val="center"/>
    </w:pPr>
    <w:r>
      <w:rPr>
        <w:color w:val="646464"/>
        <w:sz w:val="16"/>
      </w:rPr>
      <w:t xml:space="preserve">ACES Undergraduate Research Projects | 2026-2027 | Page </w:t>
    </w:r>
    <w:r>
      <w:fldChar w:fldCharType="begin"/>
    </w:r>
    <w:r>
      <w:instrText xml:space="preserve"> PAGE </w:instrText>
    </w:r>
    <w:r>
      <w:fldChar w:fldCharType="separate"/>
    </w:r>
    <w:r w:rsidR="00667B4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0E3494" w14:textId="77777777" w:rsidR="00BE7DD5" w:rsidRDefault="00BE7DD5">
      <w:pPr>
        <w:spacing w:after="0" w:line="240" w:lineRule="auto"/>
      </w:pPr>
      <w:r>
        <w:separator/>
      </w:r>
    </w:p>
  </w:footnote>
  <w:footnote w:type="continuationSeparator" w:id="0">
    <w:p w14:paraId="7680F5D7" w14:textId="77777777" w:rsidR="00BE7DD5" w:rsidRDefault="00BE7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4F51FF" w14:textId="77777777" w:rsidR="00797A76" w:rsidRDefault="00797A76">
    <w:pPr>
      <w:pStyle w:val="Header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5220"/>
      <w:gridCol w:w="5220"/>
    </w:tblGrid>
    <w:tr w:rsidR="00797A76" w14:paraId="25B76006" w14:textId="77777777">
      <w:trPr>
        <w:jc w:val="center"/>
      </w:trPr>
      <w:tc>
        <w:tcPr>
          <w:tcW w:w="52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150958EA" w14:textId="77777777" w:rsidR="00797A76" w:rsidRDefault="00C85A70">
          <w:r>
            <w:rPr>
              <w:noProof/>
            </w:rPr>
            <w:drawing>
              <wp:inline distT="0" distB="0" distL="0" distR="0" wp14:anchorId="3918003B" wp14:editId="68CDA0A3">
                <wp:extent cx="2240280" cy="692024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msu_logo_croppe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0280" cy="692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2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22A4C21C" w14:textId="77777777" w:rsidR="00797A76" w:rsidRDefault="00C85A70">
          <w:pPr>
            <w:jc w:val="right"/>
          </w:pPr>
          <w:r>
            <w:rPr>
              <w:noProof/>
            </w:rPr>
            <w:drawing>
              <wp:inline distT="0" distB="0" distL="0" distR="0" wp14:anchorId="339878D0" wp14:editId="7B5F971B">
                <wp:extent cx="2423160" cy="717973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3160" cy="7179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6EB9455" w14:textId="77777777" w:rsidR="00797A76" w:rsidRDefault="00797A76">
    <w:pPr>
      <w:pBdr>
        <w:bottom w:val="single" w:sz="8" w:space="1" w:color="8C0B42"/>
      </w:pBd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1751682">
    <w:abstractNumId w:val="8"/>
  </w:num>
  <w:num w:numId="2" w16cid:durableId="1064530366">
    <w:abstractNumId w:val="6"/>
  </w:num>
  <w:num w:numId="3" w16cid:durableId="1163199408">
    <w:abstractNumId w:val="5"/>
  </w:num>
  <w:num w:numId="4" w16cid:durableId="482089426">
    <w:abstractNumId w:val="4"/>
  </w:num>
  <w:num w:numId="5" w16cid:durableId="511382276">
    <w:abstractNumId w:val="7"/>
  </w:num>
  <w:num w:numId="6" w16cid:durableId="639650756">
    <w:abstractNumId w:val="3"/>
  </w:num>
  <w:num w:numId="7" w16cid:durableId="1909461555">
    <w:abstractNumId w:val="2"/>
  </w:num>
  <w:num w:numId="8" w16cid:durableId="186720097">
    <w:abstractNumId w:val="1"/>
  </w:num>
  <w:num w:numId="9" w16cid:durableId="14148631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EAE"/>
    <w:rsid w:val="00034616"/>
    <w:rsid w:val="0006063C"/>
    <w:rsid w:val="0015074B"/>
    <w:rsid w:val="0029639D"/>
    <w:rsid w:val="00326F90"/>
    <w:rsid w:val="00386896"/>
    <w:rsid w:val="00667B41"/>
    <w:rsid w:val="00797A76"/>
    <w:rsid w:val="007A372F"/>
    <w:rsid w:val="00A8316D"/>
    <w:rsid w:val="00AA1D8D"/>
    <w:rsid w:val="00B47730"/>
    <w:rsid w:val="00B7726B"/>
    <w:rsid w:val="00BE7DD5"/>
    <w:rsid w:val="00C07E2A"/>
    <w:rsid w:val="00C85A7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DA6F15"/>
  <w14:defaultImageDpi w14:val="300"/>
  <w15:docId w15:val="{59009F41-176B-4737-99FF-BD7DB7B2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rial" w:eastAsia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ACES Undergraduate Research Projects Application 2026-2027</vt:lpstr>
    </vt:vector>
  </TitlesOfParts>
  <Manager/>
  <Company/>
  <LinksUpToDate>false</LinksUpToDate>
  <CharactersWithSpaces>4602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ACES Undergraduate Research Projects Application 2026-2027</dc:title>
  <dc:subject>Undergraduate Research Application</dc:subject>
  <dc:creator>New Mexico State University College of ACES</dc:creator>
  <cp:keywords/>
  <dc:description>generated by python-docx</dc:description>
  <cp:lastModifiedBy>Claire Montoya</cp:lastModifiedBy>
  <cp:revision>2</cp:revision>
  <dcterms:created xsi:type="dcterms:W3CDTF">2026-08-18T15:30:00Z</dcterms:created>
  <dcterms:modified xsi:type="dcterms:W3CDTF">2026-08-18T15:30:00Z</dcterms:modified>
  <cp:category/>
</cp:coreProperties>
</file>